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351B5" w14:textId="77777777" w:rsidR="00326D8C" w:rsidRDefault="00AC7048">
      <w:pPr>
        <w:pStyle w:val="Titolo"/>
      </w:pPr>
      <w:r>
        <w:t>Informativa e consenso alla partecipazione allo studio</w:t>
      </w:r>
    </w:p>
    <w:p w14:paraId="7972689D" w14:textId="77777777" w:rsidR="00326D8C" w:rsidRDefault="00AC7048">
      <w:pPr>
        <w:pStyle w:val="Sottotitolo"/>
      </w:pPr>
      <w:r>
        <w:t>Partecipanti minorenni · documento rivolto a genitori/tutori e minori, da adattare all’età</w:t>
      </w:r>
    </w:p>
    <w:p w14:paraId="35244366" w14:textId="77777777" w:rsidR="00326D8C" w:rsidRDefault="00AC7048">
      <w:pPr>
        <w:rPr>
          <w:rFonts w:hint="eastAsia"/>
        </w:rPr>
      </w:pPr>
      <w:r>
        <w:rPr>
          <w:i/>
          <w:sz w:val="16"/>
        </w:rPr>
        <w:t xml:space="preserve">ISTRUZIONI PER LA COMPILAZIONE — eliminare tutte le indicazioni tra parentesi quadre e le sezioni non </w:t>
      </w:r>
      <w:r>
        <w:rPr>
          <w:i/>
          <w:sz w:val="16"/>
        </w:rPr>
        <w:t>applicabili prima dell’utilizzo. Modello da verificare con il DPO e, ove previsto, con il Comitato etico IUAV.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6463"/>
      </w:tblGrid>
      <w:tr w:rsidR="00326D8C" w14:paraId="4E3E59A5" w14:textId="77777777">
        <w:tc>
          <w:tcPr>
            <w:tcW w:w="2835" w:type="dxa"/>
            <w:vAlign w:val="center"/>
          </w:tcPr>
          <w:p w14:paraId="4B3A7D57" w14:textId="77777777" w:rsidR="00326D8C" w:rsidRDefault="00AC7048">
            <w:pPr>
              <w:rPr>
                <w:rFonts w:hint="eastAsia"/>
              </w:rPr>
            </w:pPr>
            <w:r>
              <w:rPr>
                <w:b/>
                <w:color w:val="3E6930"/>
              </w:rPr>
              <w:t>Titolo dello studio</w:t>
            </w:r>
          </w:p>
        </w:tc>
        <w:tc>
          <w:tcPr>
            <w:tcW w:w="6463" w:type="dxa"/>
            <w:vAlign w:val="center"/>
          </w:tcPr>
          <w:p w14:paraId="1DE751EB" w14:textId="77777777" w:rsidR="00326D8C" w:rsidRDefault="00AC7048">
            <w:pPr>
              <w:rPr>
                <w:rFonts w:hint="eastAsia"/>
              </w:rPr>
            </w:pPr>
            <w:r>
              <w:t>[Titolo]</w:t>
            </w:r>
          </w:p>
        </w:tc>
      </w:tr>
      <w:tr w:rsidR="00326D8C" w14:paraId="7508FFB4" w14:textId="77777777">
        <w:tc>
          <w:tcPr>
            <w:tcW w:w="2835" w:type="dxa"/>
            <w:vAlign w:val="center"/>
          </w:tcPr>
          <w:p w14:paraId="4901EE66" w14:textId="77777777" w:rsidR="00326D8C" w:rsidRDefault="00AC7048">
            <w:pPr>
              <w:rPr>
                <w:rFonts w:hint="eastAsia"/>
              </w:rPr>
            </w:pPr>
            <w:r>
              <w:rPr>
                <w:b/>
                <w:color w:val="3E6930"/>
              </w:rPr>
              <w:t>Responsabile scientifico</w:t>
            </w:r>
          </w:p>
        </w:tc>
        <w:tc>
          <w:tcPr>
            <w:tcW w:w="6463" w:type="dxa"/>
            <w:vAlign w:val="center"/>
          </w:tcPr>
          <w:p w14:paraId="6A23A8A0" w14:textId="77777777" w:rsidR="00326D8C" w:rsidRDefault="00AC7048">
            <w:pPr>
              <w:rPr>
                <w:rFonts w:hint="eastAsia"/>
              </w:rPr>
            </w:pPr>
            <w:r>
              <w:t>[Nome e contatti IUAV]</w:t>
            </w:r>
          </w:p>
        </w:tc>
      </w:tr>
      <w:tr w:rsidR="00326D8C" w14:paraId="10FBD018" w14:textId="77777777">
        <w:tc>
          <w:tcPr>
            <w:tcW w:w="2835" w:type="dxa"/>
            <w:vAlign w:val="center"/>
          </w:tcPr>
          <w:p w14:paraId="754686B6" w14:textId="77777777" w:rsidR="00326D8C" w:rsidRDefault="00AC7048">
            <w:pPr>
              <w:rPr>
                <w:rFonts w:hint="eastAsia"/>
              </w:rPr>
            </w:pPr>
            <w:r>
              <w:rPr>
                <w:b/>
                <w:color w:val="3E6930"/>
              </w:rPr>
              <w:t>Collaboratori</w:t>
            </w:r>
          </w:p>
        </w:tc>
        <w:tc>
          <w:tcPr>
            <w:tcW w:w="6463" w:type="dxa"/>
            <w:vAlign w:val="center"/>
          </w:tcPr>
          <w:p w14:paraId="2DAAEABB" w14:textId="77777777" w:rsidR="00326D8C" w:rsidRDefault="00AC7048">
            <w:pPr>
              <w:rPr>
                <w:rFonts w:hint="eastAsia"/>
              </w:rPr>
            </w:pPr>
            <w:r>
              <w:t>[Nomi e ruoli]</w:t>
            </w:r>
          </w:p>
        </w:tc>
      </w:tr>
      <w:tr w:rsidR="00326D8C" w14:paraId="4753649D" w14:textId="77777777">
        <w:tc>
          <w:tcPr>
            <w:tcW w:w="2835" w:type="dxa"/>
            <w:vAlign w:val="center"/>
          </w:tcPr>
          <w:p w14:paraId="276AD920" w14:textId="77777777" w:rsidR="00326D8C" w:rsidRDefault="00AC7048">
            <w:pPr>
              <w:rPr>
                <w:rFonts w:hint="eastAsia"/>
              </w:rPr>
            </w:pPr>
            <w:r>
              <w:rPr>
                <w:b/>
                <w:color w:val="3E6930"/>
              </w:rPr>
              <w:t>Età dei minori interessati</w:t>
            </w:r>
          </w:p>
        </w:tc>
        <w:tc>
          <w:tcPr>
            <w:tcW w:w="6463" w:type="dxa"/>
            <w:vAlign w:val="center"/>
          </w:tcPr>
          <w:p w14:paraId="49186123" w14:textId="77777777" w:rsidR="00326D8C" w:rsidRDefault="00AC7048">
            <w:pPr>
              <w:rPr>
                <w:rFonts w:hint="eastAsia"/>
              </w:rPr>
            </w:pPr>
            <w:r>
              <w:t>[Fascia d</w:t>
            </w:r>
            <w:r>
              <w:t>’età e criteri di selezione]</w:t>
            </w:r>
          </w:p>
        </w:tc>
      </w:tr>
    </w:tbl>
    <w:p w14:paraId="6547C043" w14:textId="77777777" w:rsidR="00326D8C" w:rsidRDefault="00326D8C">
      <w:pPr>
        <w:rPr>
          <w:rFonts w:hint="eastAsia"/>
        </w:rPr>
      </w:pPr>
    </w:p>
    <w:p w14:paraId="0CA7B365" w14:textId="77777777" w:rsidR="00326D8C" w:rsidRDefault="00AC7048">
      <w:pPr>
        <w:pStyle w:val="Titolo1"/>
      </w:pPr>
      <w:r>
        <w:t>1. Perché chiediamo a suo/a figlio/a di partecipare?</w:t>
      </w:r>
    </w:p>
    <w:p w14:paraId="1899D022" w14:textId="77777777" w:rsidR="00326D8C" w:rsidRDefault="00AC7048">
      <w:pPr>
        <w:rPr>
          <w:rFonts w:hint="eastAsia"/>
        </w:rPr>
      </w:pPr>
      <w:r>
        <w:t>[Descrivere lo scopo in parole semplici, le ragioni scientifiche del coinvolgimento di minori e perché non è sufficiente un campione di adulti.]</w:t>
      </w:r>
    </w:p>
    <w:p w14:paraId="5FD262CB" w14:textId="77777777" w:rsidR="00326D8C" w:rsidRDefault="00AC7048">
      <w:pPr>
        <w:pStyle w:val="Titolo1"/>
      </w:pPr>
      <w:r>
        <w:t>2. Chi sarà coinvolto?</w:t>
      </w:r>
    </w:p>
    <w:p w14:paraId="2524F9AA" w14:textId="77777777" w:rsidR="00326D8C" w:rsidRDefault="00AC7048">
      <w:pPr>
        <w:rPr>
          <w:rFonts w:hint="eastAsia"/>
        </w:rPr>
      </w:pPr>
      <w:r>
        <w:t>Mino</w:t>
      </w:r>
      <w:r>
        <w:t>ri: [numero previsto e caratteristiche]. Genitori: [se e come partecipano]. Educatori/insegnanti: [se e come contribuiscono]. Altre figure: [specificare se presenti].</w:t>
      </w:r>
    </w:p>
    <w:p w14:paraId="168AA229" w14:textId="77777777" w:rsidR="00326D8C" w:rsidRDefault="00AC7048">
      <w:pPr>
        <w:pStyle w:val="Titolo1"/>
      </w:pPr>
      <w:r>
        <w:t>3. Dove e come si svolgerà la ricerca?</w:t>
      </w:r>
    </w:p>
    <w:p w14:paraId="5F7BC999" w14:textId="77777777" w:rsidR="00326D8C" w:rsidRDefault="00AC7048">
      <w:pPr>
        <w:rPr>
          <w:rFonts w:hint="eastAsia"/>
        </w:rPr>
      </w:pPr>
      <w:r>
        <w:t>[Descrivere luogo, fasi, calendario, durata, attiv</w:t>
      </w:r>
      <w:r>
        <w:t>ità chieste al minore e ai genitori, presenza di personale scolastico, strumenti impiegati, interviste/osservazioni e eventuali registrazioni.]</w:t>
      </w:r>
    </w:p>
    <w:p w14:paraId="2AF1D018" w14:textId="77777777" w:rsidR="00326D8C" w:rsidRDefault="00AC7048">
      <w:pPr>
        <w:pStyle w:val="Titolo1"/>
      </w:pPr>
      <w:r>
        <w:t>4. Benefici, possibili rischi e tutele</w:t>
      </w:r>
    </w:p>
    <w:p w14:paraId="19C8F692" w14:textId="77777777" w:rsidR="00326D8C" w:rsidRDefault="00AC7048">
      <w:pPr>
        <w:rPr>
          <w:rFonts w:hint="eastAsia"/>
        </w:rPr>
      </w:pPr>
      <w:r>
        <w:t xml:space="preserve">Benefici: [benefici conoscitivi, educativi o sociali; </w:t>
      </w:r>
      <w:r>
        <w:t>specificare se non vi sono benefici individuali diretti]. Rischi/disagi: [indicare, anche quando minimi, e descrivere come saranno prevenuti e gestiti].</w:t>
      </w:r>
    </w:p>
    <w:p w14:paraId="4DA80E50" w14:textId="77777777" w:rsidR="00326D8C" w:rsidRDefault="00AC7048">
      <w:pPr>
        <w:pStyle w:val="Titolo1"/>
      </w:pPr>
      <w:r>
        <w:t>5. Partecipazione volontaria e ascolto del minore</w:t>
      </w:r>
    </w:p>
    <w:p w14:paraId="4339F3A5" w14:textId="77777777" w:rsidR="00326D8C" w:rsidRDefault="00AC7048">
      <w:pPr>
        <w:rPr>
          <w:rFonts w:hint="eastAsia"/>
        </w:rPr>
      </w:pPr>
      <w:r>
        <w:t>La partecipazione è volontaria e può essere interrott</w:t>
      </w:r>
      <w:r>
        <w:t>a senza penalizzazioni. Oltre alla decisione dei genitori o di chi esercita la responsabilità genitoriale, sarà richiesto e rispettato, secondo età e maturità, l’assenso del minore; un suo rifiuto o dissenso sarà rispettato. [Specificare modalità di comuni</w:t>
      </w:r>
      <w:r>
        <w:t>cazione adatte all’età.]</w:t>
      </w:r>
    </w:p>
    <w:p w14:paraId="2144DFF4" w14:textId="77777777" w:rsidR="00326D8C" w:rsidRDefault="00AC7048">
      <w:pPr>
        <w:pStyle w:val="Titolo1"/>
      </w:pPr>
      <w:r>
        <w:t>6. Informazioni personali e risultati</w:t>
      </w:r>
    </w:p>
    <w:p w14:paraId="6A505367" w14:textId="77777777" w:rsidR="00326D8C" w:rsidRDefault="00AC7048">
      <w:pPr>
        <w:rPr>
          <w:rFonts w:hint="eastAsia"/>
        </w:rPr>
      </w:pPr>
      <w:r>
        <w:t>Il trattamento dei dati è illustrato nell’informativa privacy IUAV specifica del progetto, consegnata separatamente. [Descrivere in maniera comprensibile le forme di pubblicazione dei risultati</w:t>
      </w:r>
      <w:r>
        <w:t xml:space="preserve"> e se immagini, voce o citazioni potrebbero essere riconoscibili.]</w:t>
      </w:r>
    </w:p>
    <w:p w14:paraId="269C865D" w14:textId="77777777" w:rsidR="00326D8C" w:rsidRDefault="00AC7048">
      <w:pPr>
        <w:pStyle w:val="Titolo1"/>
      </w:pPr>
      <w:r>
        <w:lastRenderedPageBreak/>
        <w:t>7. Contatti</w:t>
      </w:r>
    </w:p>
    <w:p w14:paraId="5DDB5F7F" w14:textId="77777777" w:rsidR="00326D8C" w:rsidRDefault="00AC7048">
      <w:pPr>
        <w:rPr>
          <w:rFonts w:hint="eastAsia"/>
        </w:rPr>
      </w:pPr>
      <w:r>
        <w:t>Per chiarimenti: [responsabile scientifico, indirizzo e-mail e telefono]. Per questioni sulla protezione dei dati: dpo@iuav.it.</w:t>
      </w:r>
    </w:p>
    <w:p w14:paraId="43EB7071" w14:textId="77777777" w:rsidR="00326D8C" w:rsidRDefault="00AC7048">
      <w:pPr>
        <w:pStyle w:val="Titolo1"/>
      </w:pPr>
      <w:r>
        <w:t>A. Autorizzazione dei genitori / rappresentanti l</w:t>
      </w:r>
      <w:r>
        <w:t>egali</w:t>
      </w:r>
    </w:p>
    <w:p w14:paraId="3A4568B5" w14:textId="77777777" w:rsidR="00326D8C" w:rsidRDefault="00AC7048">
      <w:pPr>
        <w:rPr>
          <w:rFonts w:hint="eastAsia"/>
        </w:rPr>
      </w:pPr>
      <w:r>
        <w:t>Io/noi sottoscritto/a/i _____________________________, in qualità di [genitore/i / tutore / altro titolo] del minore ____________________________, dichiaro/dichiariamo di aver compreso lo studio, di aver potuto fare domande e di sapere che la parteci</w:t>
      </w:r>
      <w:r>
        <w:t>pazione è volontaria.</w:t>
      </w:r>
    </w:p>
    <w:p w14:paraId="13CEB070" w14:textId="77777777" w:rsidR="00326D8C" w:rsidRDefault="00AC7048">
      <w:pPr>
        <w:rPr>
          <w:rFonts w:hint="eastAsia"/>
        </w:rPr>
      </w:pPr>
      <w:r>
        <w:rPr>
          <w:b/>
        </w:rPr>
        <w:t>☐</w:t>
      </w:r>
      <w:r>
        <w:rPr>
          <w:b/>
        </w:rPr>
        <w:t xml:space="preserve"> Confermo / Acconsento     ☐ Non confermo / Non acconsento</w:t>
      </w:r>
    </w:p>
    <w:p w14:paraId="7B537381" w14:textId="77777777" w:rsidR="00326D8C" w:rsidRDefault="00AC7048">
      <w:pPr>
        <w:rPr>
          <w:rFonts w:hint="eastAsia"/>
        </w:rPr>
      </w:pPr>
      <w:r>
        <w:t>Autorizzo/autorizziamo la partecipazione del minore allo studio sopra descritto.</w:t>
      </w:r>
    </w:p>
    <w:p w14:paraId="4B830C41" w14:textId="77777777" w:rsidR="00326D8C" w:rsidRDefault="00AC7048">
      <w:pPr>
        <w:rPr>
          <w:rFonts w:hint="eastAsia"/>
        </w:rPr>
      </w:pPr>
      <w:r>
        <w:t>Eventuale consenso del genitore alla propria partecipazione come intervistato/a (solo se prev</w:t>
      </w:r>
      <w:r>
        <w:t>isto):</w:t>
      </w:r>
    </w:p>
    <w:p w14:paraId="7D7A0522" w14:textId="77777777" w:rsidR="00326D8C" w:rsidRDefault="00AC7048">
      <w:pPr>
        <w:rPr>
          <w:rFonts w:hint="eastAsia"/>
        </w:rPr>
      </w:pPr>
      <w:r>
        <w:rPr>
          <w:b/>
        </w:rPr>
        <w:t>☐</w:t>
      </w:r>
      <w:r>
        <w:rPr>
          <w:b/>
        </w:rPr>
        <w:t xml:space="preserve"> Confermo / Acconsento     ☐ Non confermo / Non acconsento</w:t>
      </w:r>
    </w:p>
    <w:p w14:paraId="4D23DC4B" w14:textId="77777777" w:rsidR="00326D8C" w:rsidRDefault="00AC7048">
      <w:pPr>
        <w:rPr>
          <w:rFonts w:hint="eastAsia"/>
        </w:rPr>
      </w:pPr>
      <w:r>
        <w:t>Confermo / non confermo la mia partecipazione diretta alle attività descritte.</w:t>
      </w:r>
    </w:p>
    <w:p w14:paraId="73C6F54C" w14:textId="77777777" w:rsidR="00326D8C" w:rsidRDefault="00AC7048">
      <w:pPr>
        <w:rPr>
          <w:rFonts w:hint="eastAsia"/>
        </w:rPr>
      </w:pPr>
      <w:r>
        <w:t>Eventuale raccolta di informazioni sul minore presso insegnanti/educatori (solo se prevista e descritta nell’i</w:t>
      </w:r>
      <w:r>
        <w:t>nformativa privacy):</w:t>
      </w:r>
    </w:p>
    <w:p w14:paraId="32BD4C76" w14:textId="77777777" w:rsidR="00326D8C" w:rsidRDefault="00AC7048">
      <w:pPr>
        <w:rPr>
          <w:rFonts w:hint="eastAsia"/>
        </w:rPr>
      </w:pPr>
      <w:r>
        <w:rPr>
          <w:b/>
        </w:rPr>
        <w:t>☐</w:t>
      </w:r>
      <w:r>
        <w:rPr>
          <w:b/>
        </w:rPr>
        <w:t xml:space="preserve"> Confermo / Acconsento     ☐ Non confermo / Non acconsento</w:t>
      </w:r>
    </w:p>
    <w:p w14:paraId="232B1B6B" w14:textId="77777777" w:rsidR="00326D8C" w:rsidRDefault="00AC7048">
      <w:pPr>
        <w:rPr>
          <w:rFonts w:hint="eastAsia"/>
        </w:rPr>
      </w:pPr>
      <w:r>
        <w:t>Confermo / non confermo la mia autorizzazione alla partecipazione dello specifico soggetto nelle attività di studio. [Indicare figura e finalità.]</w:t>
      </w:r>
    </w:p>
    <w:p w14:paraId="47C79576" w14:textId="77777777" w:rsidR="00326D8C" w:rsidRDefault="00AC7048">
      <w:pPr>
        <w:rPr>
          <w:rFonts w:hint="eastAsia"/>
        </w:rPr>
      </w:pPr>
      <w:r>
        <w:t>Firma del primo genitore/rap</w:t>
      </w:r>
      <w:r>
        <w:t>presentante: ____________________   Data: ______________</w:t>
      </w:r>
    </w:p>
    <w:p w14:paraId="4EBDB58B" w14:textId="77777777" w:rsidR="00326D8C" w:rsidRDefault="00AC7048">
      <w:pPr>
        <w:rPr>
          <w:rFonts w:hint="eastAsia"/>
        </w:rPr>
      </w:pPr>
      <w:r>
        <w:t>Firma del secondo genitore (quando necessaria): ______________   Data: ______________</w:t>
      </w:r>
    </w:p>
    <w:p w14:paraId="5EEA81FE" w14:textId="77777777" w:rsidR="00326D8C" w:rsidRDefault="00AC7048">
      <w:pPr>
        <w:rPr>
          <w:rFonts w:hint="eastAsia"/>
        </w:rPr>
      </w:pPr>
      <w:r>
        <w:t>[Se firma un solo genitore, documentare il presupposto che consente la firma unica secondo le regole applicabili;</w:t>
      </w:r>
      <w:r>
        <w:t xml:space="preserve"> non presumere che la doppia firma sia sempre obbligatoria.]</w:t>
      </w:r>
    </w:p>
    <w:p w14:paraId="6589C7B6" w14:textId="77777777" w:rsidR="00326D8C" w:rsidRDefault="00AC7048">
      <w:pPr>
        <w:pStyle w:val="Titolo1"/>
      </w:pPr>
      <w:r>
        <w:t>B. Assenso del minore (da adattare all’età e capacità di comprensione)</w:t>
      </w:r>
    </w:p>
    <w:p w14:paraId="71BF742B" w14:textId="77777777" w:rsidR="00326D8C" w:rsidRDefault="00AC7048">
      <w:pPr>
        <w:rPr>
          <w:rFonts w:hint="eastAsia"/>
        </w:rPr>
      </w:pPr>
      <w:r>
        <w:t>Mi hanno spiegato che cosa faremo. Posso fare domande, dire di no o fermarmi quando voglio. Posso scegliere se partecipare.</w:t>
      </w:r>
    </w:p>
    <w:p w14:paraId="58D89AC4" w14:textId="77777777" w:rsidR="00326D8C" w:rsidRDefault="00AC7048">
      <w:pPr>
        <w:rPr>
          <w:rFonts w:hint="eastAsia"/>
        </w:rPr>
      </w:pPr>
      <w:r>
        <w:rPr>
          <w:b/>
        </w:rPr>
        <w:t>☐</w:t>
      </w:r>
      <w:r>
        <w:rPr>
          <w:b/>
        </w:rPr>
        <w:t xml:space="preserve"> Confermo / Acconsento     ☐ Non confermo / Non acconsento</w:t>
      </w:r>
    </w:p>
    <w:p w14:paraId="08B648DE" w14:textId="77777777" w:rsidR="00326D8C" w:rsidRDefault="00AC7048">
      <w:pPr>
        <w:rPr>
          <w:rFonts w:hint="eastAsia"/>
        </w:rPr>
      </w:pPr>
      <w:r>
        <w:t>Voglio partecipare allo studio.</w:t>
      </w:r>
    </w:p>
    <w:p w14:paraId="54162332" w14:textId="77777777" w:rsidR="00326D8C" w:rsidRDefault="00AC7048">
      <w:pPr>
        <w:rPr>
          <w:rFonts w:hint="eastAsia"/>
        </w:rPr>
      </w:pPr>
      <w:r>
        <w:t>Nome o segno del minore: _____________________    Data: ______________</w:t>
      </w:r>
    </w:p>
    <w:p w14:paraId="705117FE" w14:textId="77777777" w:rsidR="00326D8C" w:rsidRDefault="00AC7048">
      <w:pPr>
        <w:rPr>
          <w:rFonts w:hint="eastAsia"/>
        </w:rPr>
      </w:pPr>
      <w:r>
        <w:t>Per i minori non in grado di esprimere un assenso scritto, documentare le modalità di ascolto</w:t>
      </w:r>
      <w:r>
        <w:t xml:space="preserve"> e la risposta del minore in una scheda appropriata.</w:t>
      </w:r>
    </w:p>
    <w:sectPr w:rsidR="00326D8C" w:rsidSect="00034616">
      <w:headerReference w:type="default" r:id="rId8"/>
      <w:footerReference w:type="default" r:id="rId9"/>
      <w:pgSz w:w="12240" w:h="15840"/>
      <w:pgMar w:top="1134" w:right="1276" w:bottom="102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36AFE" w14:textId="77777777" w:rsidR="00AC7048" w:rsidRDefault="00AC704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ACC0F44" w14:textId="77777777" w:rsidR="00AC7048" w:rsidRDefault="00AC704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 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altName w:val="GSpecial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47E2F" w14:textId="77777777" w:rsidR="00326D8C" w:rsidRDefault="00AC7048">
    <w:pPr>
      <w:pStyle w:val="Pidipagina"/>
      <w:jc w:val="center"/>
      <w:rPr>
        <w:rFonts w:hint="eastAsia"/>
      </w:rPr>
    </w:pPr>
    <w:r>
      <w:rPr>
        <w:sz w:val="16"/>
      </w:rPr>
      <w:t>Università Iuav di Venezia  ·  Santa Croce 191, 30135 Venezia  ·  www.iuav.it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0FF6B" w14:textId="77777777" w:rsidR="00AC7048" w:rsidRDefault="00AC704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A05A6FB" w14:textId="77777777" w:rsidR="00AC7048" w:rsidRDefault="00AC704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23337" w14:textId="639116C1" w:rsidR="00326D8C" w:rsidRDefault="00AC7048">
    <w:pPr>
      <w:pStyle w:val="Didascalia"/>
      <w:rPr>
        <w:rFonts w:hint="eastAsia"/>
      </w:rPr>
    </w:pPr>
    <w:r>
      <w:rPr>
        <w:color w:val="3E6930"/>
      </w:rPr>
      <w:t>UNIVERSITÀ IUAV DI VENEZIA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D8C"/>
    <w:rsid w:val="00326F90"/>
    <w:rsid w:val="00AA1D8D"/>
    <w:rsid w:val="00AC7048"/>
    <w:rsid w:val="00B47730"/>
    <w:rsid w:val="00C7165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B9DF9A"/>
  <w14:defaultImageDpi w14:val="300"/>
  <w15:docId w15:val="{D6A27032-536A-4C04-BAA0-895CCB0B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ptos" w:hAnsi="Aptos"/>
      <w:color w:val="283938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E6930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E6930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3E6930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606122DE90C04C8589DC967E7B78AA" ma:contentTypeVersion="12" ma:contentTypeDescription="Creare un nuovo documento." ma:contentTypeScope="" ma:versionID="faaea2bbc80312f4dbb7d0dc51ffd8e1">
  <xsd:schema xmlns:xsd="http://www.w3.org/2001/XMLSchema" xmlns:xs="http://www.w3.org/2001/XMLSchema" xmlns:p="http://schemas.microsoft.com/office/2006/metadata/properties" xmlns:ns2="37555a75-d04e-46b5-b667-2293620bde0c" xmlns:ns3="98c56b87-6c87-4fbb-b9ed-349f6f07a347" targetNamespace="http://schemas.microsoft.com/office/2006/metadata/properties" ma:root="true" ma:fieldsID="472b5be8a73ab10430694fbbb01b9ea9" ns2:_="" ns3:_="">
    <xsd:import namespace="37555a75-d04e-46b5-b667-2293620bde0c"/>
    <xsd:import namespace="98c56b87-6c87-4fbb-b9ed-349f6f07a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55a75-d04e-46b5-b667-2293620bd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Person" ma:index="19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56b87-6c87-4fbb-b9ed-349f6f07a3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57384c9-d2a7-4e58-a51b-af27119896f0}" ma:internalName="TaxCatchAll" ma:showField="CatchAllData" ma:web="98c56b87-6c87-4fbb-b9ed-349f6f07a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56b87-6c87-4fbb-b9ed-349f6f07a347" xsi:nil="true"/>
    <lcf76f155ced4ddcb4097134ff3c332f xmlns="37555a75-d04e-46b5-b667-2293620bde0c">
      <Terms xmlns="http://schemas.microsoft.com/office/infopath/2007/PartnerControls"/>
    </lcf76f155ced4ddcb4097134ff3c332f>
    <Person xmlns="37555a75-d04e-46b5-b667-2293620bde0c">
      <UserInfo>
        <DisplayName/>
        <AccountId xsi:nil="true"/>
        <AccountType/>
      </UserInfo>
    </Person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DBD68A-F3FC-43C8-977F-6A964F237E42}"/>
</file>

<file path=customXml/itemProps3.xml><?xml version="1.0" encoding="utf-8"?>
<ds:datastoreItem xmlns:ds="http://schemas.openxmlformats.org/officeDocument/2006/customXml" ds:itemID="{3A9CAFAB-1A36-467A-A725-F362D8B87C6E}"/>
</file>

<file path=customXml/itemProps4.xml><?xml version="1.0" encoding="utf-8"?>
<ds:datastoreItem xmlns:ds="http://schemas.openxmlformats.org/officeDocument/2006/customXml" ds:itemID="{1115FA05-93A8-4756-903B-271AA2372E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Alessandra Baudo</cp:lastModifiedBy>
  <cp:revision>2</cp:revision>
  <dcterms:created xsi:type="dcterms:W3CDTF">2013-12-23T23:15:00Z</dcterms:created>
  <dcterms:modified xsi:type="dcterms:W3CDTF">2026-10-08T09:37:00Z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0x0101005F606122DE90C04C8589DC967E7B78AA</vt:lpwstr>
  </property>
</Properties>
</file>