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778BDC" w14:textId="77777777" w:rsidR="006C5019" w:rsidRDefault="00F8405D">
      <w:pPr>
        <w:pStyle w:val="Titolo"/>
      </w:pPr>
      <w:r>
        <w:t>Informativa sulla partecipazione allo studio</w:t>
      </w:r>
    </w:p>
    <w:p w14:paraId="533D2EBE" w14:textId="77777777" w:rsidR="006C5019" w:rsidRDefault="00F8405D">
      <w:pPr>
        <w:pStyle w:val="Sottotitolo"/>
      </w:pPr>
      <w:r>
        <w:t>Modello per partecipanti maggiorenni · consenso alla partecipazione (distinto dalla disciplina privacy)</w:t>
      </w:r>
    </w:p>
    <w:p w14:paraId="6D371539" w14:textId="77777777" w:rsidR="006C5019" w:rsidRDefault="00F8405D">
      <w:pPr>
        <w:rPr>
          <w:rFonts w:hint="eastAsia"/>
        </w:rPr>
      </w:pPr>
      <w:r>
        <w:rPr>
          <w:i/>
          <w:sz w:val="16"/>
        </w:rPr>
        <w:t xml:space="preserve">ISTRUZIONI PER LA COMPILAZIONE — eliminare tutte le indicazioni tra parentesi quadre e le sezioni non </w:t>
      </w:r>
      <w:r>
        <w:rPr>
          <w:i/>
          <w:sz w:val="16"/>
        </w:rPr>
        <w:t>applicabili prima dell’utilizzo. Modello da verificare con il DPO e, ove previsto, con il Comitato etico IUAV.</w:t>
      </w:r>
    </w:p>
    <w:tbl>
      <w:tblPr>
        <w:tblStyle w:val="Grigliatabella"/>
        <w:tblW w:w="0" w:type="auto"/>
        <w:tblLayout w:type="fixed"/>
        <w:tblLook w:val="04A0" w:firstRow="1" w:lastRow="0" w:firstColumn="1" w:lastColumn="0" w:noHBand="0" w:noVBand="1"/>
      </w:tblPr>
      <w:tblGrid>
        <w:gridCol w:w="2835"/>
        <w:gridCol w:w="6463"/>
      </w:tblGrid>
      <w:tr w:rsidR="006C5019" w14:paraId="4186A152" w14:textId="77777777">
        <w:tc>
          <w:tcPr>
            <w:tcW w:w="2835" w:type="dxa"/>
            <w:vAlign w:val="center"/>
          </w:tcPr>
          <w:p w14:paraId="7536229E" w14:textId="77777777" w:rsidR="006C5019" w:rsidRDefault="00F8405D">
            <w:pPr>
              <w:rPr>
                <w:rFonts w:hint="eastAsia"/>
              </w:rPr>
            </w:pPr>
            <w:r>
              <w:rPr>
                <w:b/>
                <w:color w:val="3E6930"/>
              </w:rPr>
              <w:t>Titolo dello studio</w:t>
            </w:r>
          </w:p>
        </w:tc>
        <w:tc>
          <w:tcPr>
            <w:tcW w:w="6463" w:type="dxa"/>
            <w:vAlign w:val="center"/>
          </w:tcPr>
          <w:p w14:paraId="38DAEB6E" w14:textId="77777777" w:rsidR="006C5019" w:rsidRDefault="00F8405D">
            <w:pPr>
              <w:rPr>
                <w:rFonts w:hint="eastAsia"/>
              </w:rPr>
            </w:pPr>
            <w:r>
              <w:t>[Inserire titolo completo]</w:t>
            </w:r>
          </w:p>
        </w:tc>
      </w:tr>
      <w:tr w:rsidR="006C5019" w14:paraId="228476E3" w14:textId="77777777">
        <w:tc>
          <w:tcPr>
            <w:tcW w:w="2835" w:type="dxa"/>
            <w:vAlign w:val="center"/>
          </w:tcPr>
          <w:p w14:paraId="64E78FC4" w14:textId="77777777" w:rsidR="006C5019" w:rsidRDefault="00F8405D">
            <w:pPr>
              <w:rPr>
                <w:rFonts w:hint="eastAsia"/>
              </w:rPr>
            </w:pPr>
            <w:r>
              <w:rPr>
                <w:b/>
                <w:color w:val="3E6930"/>
              </w:rPr>
              <w:t>Responsabile scientifico</w:t>
            </w:r>
          </w:p>
        </w:tc>
        <w:tc>
          <w:tcPr>
            <w:tcW w:w="6463" w:type="dxa"/>
            <w:vAlign w:val="center"/>
          </w:tcPr>
          <w:p w14:paraId="22834F43" w14:textId="77777777" w:rsidR="006C5019" w:rsidRDefault="00F8405D">
            <w:pPr>
              <w:rPr>
                <w:rFonts w:hint="eastAsia"/>
              </w:rPr>
            </w:pPr>
            <w:r>
              <w:t>[Nome, qualifica e recapiti del personale IUAV]</w:t>
            </w:r>
          </w:p>
        </w:tc>
      </w:tr>
      <w:tr w:rsidR="006C5019" w14:paraId="4E4F181B" w14:textId="77777777">
        <w:tc>
          <w:tcPr>
            <w:tcW w:w="2835" w:type="dxa"/>
            <w:vAlign w:val="center"/>
          </w:tcPr>
          <w:p w14:paraId="4ED1A91F" w14:textId="77777777" w:rsidR="006C5019" w:rsidRDefault="00F8405D">
            <w:pPr>
              <w:rPr>
                <w:rFonts w:hint="eastAsia"/>
              </w:rPr>
            </w:pPr>
            <w:r>
              <w:rPr>
                <w:b/>
                <w:color w:val="3E6930"/>
              </w:rPr>
              <w:t>Collaboratori / referen</w:t>
            </w:r>
            <w:r>
              <w:rPr>
                <w:b/>
                <w:color w:val="3E6930"/>
              </w:rPr>
              <w:t>te operativo</w:t>
            </w:r>
          </w:p>
        </w:tc>
        <w:tc>
          <w:tcPr>
            <w:tcW w:w="6463" w:type="dxa"/>
            <w:vAlign w:val="center"/>
          </w:tcPr>
          <w:p w14:paraId="5C51EF1D" w14:textId="77777777" w:rsidR="006C5019" w:rsidRDefault="00F8405D">
            <w:pPr>
              <w:rPr>
                <w:rFonts w:hint="eastAsia"/>
              </w:rPr>
            </w:pPr>
            <w:r>
              <w:t>[Nomi, ruoli e recapiti; se applicabile dottorando/a o assegnista]</w:t>
            </w:r>
          </w:p>
        </w:tc>
      </w:tr>
      <w:tr w:rsidR="006C5019" w14:paraId="4091A92B" w14:textId="77777777">
        <w:tc>
          <w:tcPr>
            <w:tcW w:w="2835" w:type="dxa"/>
            <w:vAlign w:val="center"/>
          </w:tcPr>
          <w:p w14:paraId="4B5CA537" w14:textId="77777777" w:rsidR="006C5019" w:rsidRDefault="00F8405D">
            <w:pPr>
              <w:rPr>
                <w:rFonts w:hint="eastAsia"/>
              </w:rPr>
            </w:pPr>
            <w:r>
              <w:rPr>
                <w:b/>
                <w:color w:val="3E6930"/>
              </w:rPr>
              <w:t>Struttura di riferimento</w:t>
            </w:r>
          </w:p>
        </w:tc>
        <w:tc>
          <w:tcPr>
            <w:tcW w:w="6463" w:type="dxa"/>
            <w:vAlign w:val="center"/>
          </w:tcPr>
          <w:p w14:paraId="3C3B0DEA" w14:textId="77777777" w:rsidR="006C5019" w:rsidRDefault="00F8405D">
            <w:pPr>
              <w:rPr>
                <w:rFonts w:hint="eastAsia"/>
              </w:rPr>
            </w:pPr>
            <w:r>
              <w:t>[Dipartimento / centro IUAV]</w:t>
            </w:r>
          </w:p>
        </w:tc>
      </w:tr>
    </w:tbl>
    <w:p w14:paraId="2F13A453" w14:textId="77777777" w:rsidR="006C5019" w:rsidRDefault="006C5019">
      <w:pPr>
        <w:rPr>
          <w:rFonts w:hint="eastAsia"/>
        </w:rPr>
      </w:pPr>
    </w:p>
    <w:p w14:paraId="1F93C57E" w14:textId="77777777" w:rsidR="006C5019" w:rsidRDefault="00F8405D">
      <w:pPr>
        <w:pStyle w:val="Titolo1"/>
      </w:pPr>
      <w:r>
        <w:t>1. Qual è lo scopo dello studio?</w:t>
      </w:r>
    </w:p>
    <w:p w14:paraId="030C353D" w14:textId="77777777" w:rsidR="006C5019" w:rsidRDefault="00F8405D">
      <w:pPr>
        <w:rPr>
          <w:rFonts w:hint="eastAsia"/>
        </w:rPr>
      </w:pPr>
      <w:r>
        <w:t xml:space="preserve">[Descrivere in linguaggio accessibile gli obiettivi, il motivo della ricerca e perché </w:t>
      </w:r>
      <w:r>
        <w:t>è stata proposta la partecipazione.]</w:t>
      </w:r>
    </w:p>
    <w:p w14:paraId="06631D0F" w14:textId="77777777" w:rsidR="006C5019" w:rsidRDefault="00F8405D">
      <w:pPr>
        <w:pStyle w:val="Titolo1"/>
      </w:pPr>
      <w:r>
        <w:t>2. Perché mi viene chiesto di partecipare?</w:t>
      </w:r>
    </w:p>
    <w:p w14:paraId="235E8F43" w14:textId="77777777" w:rsidR="006C5019" w:rsidRDefault="00F8405D">
      <w:pPr>
        <w:rPr>
          <w:rFonts w:hint="eastAsia"/>
        </w:rPr>
      </w:pPr>
      <w:r>
        <w:t>[Indicare criteri di selezione e caratteristiche generali dei partecipanti, senza fare promesse di benefici.]</w:t>
      </w:r>
    </w:p>
    <w:p w14:paraId="7DAABA65" w14:textId="77777777" w:rsidR="006C5019" w:rsidRDefault="00F8405D">
      <w:pPr>
        <w:pStyle w:val="Titolo1"/>
      </w:pPr>
      <w:r>
        <w:t>3. Come si svolge lo studio?</w:t>
      </w:r>
    </w:p>
    <w:p w14:paraId="19BDA712" w14:textId="77777777" w:rsidR="006C5019" w:rsidRDefault="00F8405D">
      <w:pPr>
        <w:rPr>
          <w:rFonts w:hint="eastAsia"/>
        </w:rPr>
      </w:pPr>
      <w:r>
        <w:t>[Descrivere luoghi, durata, numero di</w:t>
      </w:r>
      <w:r>
        <w:t xml:space="preserve"> incontri, interviste/questionari/osservazioni, registrazioni audio e video eventualmente previste, modalità a distanza, carico richiesto, eventuali compensi/rimborsi.]</w:t>
      </w:r>
    </w:p>
    <w:p w14:paraId="1BBF2ED7" w14:textId="77777777" w:rsidR="006C5019" w:rsidRDefault="00F8405D">
      <w:pPr>
        <w:pStyle w:val="Titolo1"/>
      </w:pPr>
      <w:r>
        <w:t>4. Quali benefici, disagi o rischi sono previsti?</w:t>
      </w:r>
    </w:p>
    <w:p w14:paraId="1074A4A8" w14:textId="77777777" w:rsidR="006C5019" w:rsidRDefault="00F8405D">
      <w:pPr>
        <w:rPr>
          <w:rFonts w:hint="eastAsia"/>
        </w:rPr>
      </w:pPr>
      <w:r>
        <w:t xml:space="preserve">[Esplicitare benefici attesi </w:t>
      </w:r>
      <w:r>
        <w:t>anche quando non vi siano benefici individuali diretti. Indicare potenziali disagi e misure di mitigazione o precisare che non sono prevedibili rischi particolari.]</w:t>
      </w:r>
    </w:p>
    <w:p w14:paraId="65DD7D7F" w14:textId="77777777" w:rsidR="006C5019" w:rsidRDefault="00F8405D">
      <w:pPr>
        <w:pStyle w:val="Titolo1"/>
      </w:pPr>
      <w:r>
        <w:t>5. La partecipazione è volontaria?</w:t>
      </w:r>
    </w:p>
    <w:p w14:paraId="7D246160" w14:textId="77777777" w:rsidR="006C5019" w:rsidRDefault="00F8405D">
      <w:pPr>
        <w:rPr>
          <w:rFonts w:hint="eastAsia"/>
        </w:rPr>
      </w:pPr>
      <w:r>
        <w:t>La partecipazione è libera. Può rifiutare di partecipare</w:t>
      </w:r>
      <w:r>
        <w:t>, non rispondere a singole domande o interrompere la partecipazione, senza dover fornire motivazioni e senza conseguenze pregiudizievoli. [Specificare eventuali limiti pratici al ritiro dei contributi già anonimizzati o inclusi in analisi irreversibili.]</w:t>
      </w:r>
    </w:p>
    <w:p w14:paraId="77B8A3D2" w14:textId="77777777" w:rsidR="006C5019" w:rsidRDefault="00F8405D">
      <w:pPr>
        <w:pStyle w:val="Titolo1"/>
      </w:pPr>
      <w:r>
        <w:t>6</w:t>
      </w:r>
      <w:r>
        <w:t>. Come saranno utilizzate le informazioni?</w:t>
      </w:r>
    </w:p>
    <w:p w14:paraId="0171AA8D" w14:textId="77777777" w:rsidR="006C5019" w:rsidRDefault="00F8405D">
      <w:pPr>
        <w:rPr>
          <w:rFonts w:hint="eastAsia"/>
        </w:rPr>
      </w:pPr>
      <w:r>
        <w:t>Le informazioni raccolte saranno utilizzate per gli scopi descritti e con le modalità indicate nell’informativa sul trattamento dei dati personali specifica del progetto, consegnata separatamente. [Spiegare la for</w:t>
      </w:r>
      <w:r>
        <w:t>ma dei risultati e l’eventuale utilizzo di citazioni, immagini o registrazioni.]</w:t>
      </w:r>
    </w:p>
    <w:p w14:paraId="00A88F0F" w14:textId="77777777" w:rsidR="006C5019" w:rsidRDefault="00F8405D">
      <w:pPr>
        <w:pStyle w:val="Titolo1"/>
      </w:pPr>
      <w:r>
        <w:lastRenderedPageBreak/>
        <w:t>7. Chi posso contattare?</w:t>
      </w:r>
    </w:p>
    <w:p w14:paraId="5D84EFE4" w14:textId="77777777" w:rsidR="006C5019" w:rsidRDefault="00F8405D">
      <w:pPr>
        <w:rPr>
          <w:rFonts w:hint="eastAsia"/>
        </w:rPr>
      </w:pPr>
      <w:r>
        <w:t>Responsabile scientifico: [nome, e-mail, telefono]. Per questioni relative ai dati personali: Università Iuav di Venezia, ufficio.protocollo@pec.iuav.</w:t>
      </w:r>
      <w:r>
        <w:t>it; RPD/DPO dpo@iuav.it, PEC dpo@pec.iuav.it.</w:t>
      </w:r>
    </w:p>
    <w:p w14:paraId="4FF3E111" w14:textId="77777777" w:rsidR="006C5019" w:rsidRDefault="00F8405D">
      <w:pPr>
        <w:pStyle w:val="Titolo1"/>
      </w:pPr>
      <w:r>
        <w:t>Dichiarazione di partecipazione</w:t>
      </w:r>
    </w:p>
    <w:p w14:paraId="5A0E3599" w14:textId="77777777" w:rsidR="006C5019" w:rsidRDefault="00F8405D">
      <w:pPr>
        <w:rPr>
          <w:rFonts w:hint="eastAsia"/>
        </w:rPr>
      </w:pPr>
      <w:r>
        <w:t>Dichiaro di aver letto e compreso le informazioni sullo studio, di aver avuto la possibilità di fare domande e di aver ricevuto risposte adeguate. Sono consapevole della natura v</w:t>
      </w:r>
      <w:r>
        <w:t>olontaria della partecipazione.</w:t>
      </w:r>
    </w:p>
    <w:p w14:paraId="6E2B020D" w14:textId="77777777" w:rsidR="006C5019" w:rsidRDefault="00F8405D">
      <w:pPr>
        <w:rPr>
          <w:rFonts w:hint="eastAsia"/>
        </w:rPr>
      </w:pPr>
      <w:r>
        <w:rPr>
          <w:b/>
        </w:rPr>
        <w:t>☐</w:t>
      </w:r>
      <w:r>
        <w:rPr>
          <w:b/>
        </w:rPr>
        <w:t xml:space="preserve"> Confermo / Acconsento     ☐ Non confermo / Non acconsento</w:t>
      </w:r>
    </w:p>
    <w:p w14:paraId="02FA93E7" w14:textId="77777777" w:rsidR="006C5019" w:rsidRDefault="00F8405D">
      <w:pPr>
        <w:rPr>
          <w:rFonts w:hint="eastAsia"/>
        </w:rPr>
      </w:pPr>
      <w:r>
        <w:t>Desidero partecipare allo studio descritto.</w:t>
      </w:r>
    </w:p>
    <w:p w14:paraId="6208BD0A" w14:textId="77777777" w:rsidR="006C5019" w:rsidRDefault="00F8405D">
      <w:pPr>
        <w:rPr>
          <w:rFonts w:hint="eastAsia"/>
        </w:rPr>
      </w:pPr>
      <w:r>
        <w:t>Nome e cognome del/della partecipante: ___________________________________</w:t>
      </w:r>
    </w:p>
    <w:p w14:paraId="0449045A" w14:textId="77777777" w:rsidR="006C5019" w:rsidRDefault="00F8405D">
      <w:pPr>
        <w:rPr>
          <w:rFonts w:hint="eastAsia"/>
        </w:rPr>
      </w:pPr>
      <w:r>
        <w:t>Luogo e data: _______________________________</w:t>
      </w:r>
      <w:r>
        <w:t>_______</w:t>
      </w:r>
    </w:p>
    <w:p w14:paraId="0038A167" w14:textId="77777777" w:rsidR="006C5019" w:rsidRDefault="00F8405D">
      <w:pPr>
        <w:rPr>
          <w:rFonts w:hint="eastAsia"/>
        </w:rPr>
      </w:pPr>
      <w:r>
        <w:t>Firma: ____________________________________________</w:t>
      </w:r>
    </w:p>
    <w:p w14:paraId="1794A272" w14:textId="77777777" w:rsidR="006C5019" w:rsidRDefault="00F8405D">
      <w:pPr>
        <w:rPr>
          <w:rFonts w:hint="eastAsia"/>
        </w:rPr>
      </w:pPr>
      <w:r>
        <w:t>Eventuali autorizzazioni per la diffusione di immagini, voce o citazioni identificabili e gli eventuali consensi privacy devono essere raccolti separatamente, quando richiesti.</w:t>
      </w:r>
    </w:p>
    <w:sectPr w:rsidR="006C5019" w:rsidSect="00034616">
      <w:headerReference w:type="default" r:id="rId8"/>
      <w:footerReference w:type="default" r:id="rId9"/>
      <w:pgSz w:w="12240" w:h="15840"/>
      <w:pgMar w:top="1134" w:right="1276" w:bottom="1020" w:left="127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E4CE26" w14:textId="77777777" w:rsidR="00F8405D" w:rsidRDefault="00F8405D">
      <w:pPr>
        <w:spacing w:after="0" w:line="240" w:lineRule="auto"/>
        <w:rPr>
          <w:rFonts w:hint="eastAsia"/>
        </w:rPr>
      </w:pPr>
      <w:r>
        <w:separator/>
      </w:r>
    </w:p>
  </w:endnote>
  <w:endnote w:type="continuationSeparator" w:id="0">
    <w:p w14:paraId="45119F2C" w14:textId="77777777" w:rsidR="00F8405D" w:rsidRDefault="00F8405D">
      <w:pPr>
        <w:spacing w:after="0"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altName w:val="Symbol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 Times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altName w:val="Cambria"/>
    <w:panose1 w:val="00000000000000000000"/>
    <w:charset w:val="00"/>
    <w:family w:val="roman"/>
    <w:notTrueType/>
    <w:pitch w:val="default"/>
  </w:font>
  <w:font w:name="Calibri">
    <w:altName w:val="GSpecial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CCA3A8" w14:textId="77777777" w:rsidR="006C5019" w:rsidRDefault="00F8405D">
    <w:pPr>
      <w:pStyle w:val="Pidipagina"/>
      <w:jc w:val="center"/>
      <w:rPr>
        <w:rFonts w:hint="eastAsia"/>
      </w:rPr>
    </w:pPr>
    <w:r>
      <w:rPr>
        <w:sz w:val="16"/>
      </w:rPr>
      <w:t>Università Iuav di Venezia  ·  Santa Croce 191, 30135 Venezia  ·  www.iuav.it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7D773EC" w14:textId="77777777" w:rsidR="00F8405D" w:rsidRDefault="00F8405D">
      <w:pPr>
        <w:spacing w:after="0" w:line="240" w:lineRule="auto"/>
        <w:rPr>
          <w:rFonts w:hint="eastAsia"/>
        </w:rPr>
      </w:pPr>
      <w:r>
        <w:separator/>
      </w:r>
    </w:p>
  </w:footnote>
  <w:footnote w:type="continuationSeparator" w:id="0">
    <w:p w14:paraId="0BA15F65" w14:textId="77777777" w:rsidR="00F8405D" w:rsidRDefault="00F8405D">
      <w:pPr>
        <w:spacing w:after="0" w:line="240" w:lineRule="auto"/>
        <w:rPr>
          <w:rFonts w:hint="eastAsia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91C0AF" w14:textId="7B06F8BF" w:rsidR="006C5019" w:rsidRDefault="00F8405D">
    <w:pPr>
      <w:pStyle w:val="Didascalia"/>
      <w:rPr>
        <w:rFonts w:hint="eastAsia"/>
      </w:rPr>
    </w:pPr>
    <w:r>
      <w:rPr>
        <w:color w:val="3E6930"/>
      </w:rPr>
      <w:t>UNIVERSITÀ IUAV DI VENEZIA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oelenco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oelenco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Puntoelenco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Puntoelenco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Puntoelenc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6C5019"/>
    <w:rsid w:val="00AA1D8D"/>
    <w:rsid w:val="00B47730"/>
    <w:rsid w:val="00CB0664"/>
    <w:rsid w:val="00DC697F"/>
    <w:rsid w:val="00F8405D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70ACF6D"/>
  <w14:defaultImageDpi w14:val="300"/>
  <w15:docId w15:val="{D6A27032-536A-4C04-BAA0-895CCB0BAB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5" w:semiHidden="1" w:unhideWhenUsed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C693F"/>
    <w:pPr>
      <w:spacing w:after="100"/>
    </w:pPr>
    <w:rPr>
      <w:rFonts w:ascii="Aptos" w:hAnsi="Aptos"/>
      <w:color w:val="283938"/>
      <w:sz w:val="20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E6930"/>
      <w:sz w:val="24"/>
      <w:szCs w:val="28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3E6930"/>
      <w:sz w:val="21"/>
      <w:szCs w:val="2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618BF"/>
  </w:style>
  <w:style w:type="paragraph" w:styleId="Pidipagina">
    <w:name w:val="footer"/>
    <w:basedOn w:val="Normale"/>
    <w:link w:val="Pidipagina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618BF"/>
  </w:style>
  <w:style w:type="paragraph" w:styleId="Nessunaspaziatura">
    <w:name w:val="No Spacing"/>
    <w:uiPriority w:val="1"/>
    <w:qFormat/>
    <w:rsid w:val="00FC693F"/>
    <w:pPr>
      <w:spacing w:after="0" w:line="240" w:lineRule="auto"/>
    </w:pPr>
  </w:style>
  <w:style w:type="character" w:customStyle="1" w:styleId="Titolo1Carattere">
    <w:name w:val="Titolo 1 Carattere"/>
    <w:basedOn w:val="Carpredefinitoparagrafo"/>
    <w:link w:val="Tito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olo2Carattere">
    <w:name w:val="Titolo 2 Carattere"/>
    <w:basedOn w:val="Carpredefinitoparagrafo"/>
    <w:link w:val="Tito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olo3Carattere">
    <w:name w:val="Titolo 3 Carattere"/>
    <w:basedOn w:val="Carpredefinitoparagrafo"/>
    <w:link w:val="Tito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">
    <w:name w:val="Title"/>
    <w:basedOn w:val="Normale"/>
    <w:next w:val="Normale"/>
    <w:link w:val="TitoloCarattere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b/>
      <w:color w:val="3E6930"/>
      <w:spacing w:val="5"/>
      <w:kern w:val="28"/>
      <w:sz w:val="32"/>
      <w:szCs w:val="52"/>
    </w:rPr>
  </w:style>
  <w:style w:type="character" w:customStyle="1" w:styleId="TitoloCarattere">
    <w:name w:val="Titolo Carattere"/>
    <w:basedOn w:val="Carpredefinitoparagrafo"/>
    <w:link w:val="Tito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FC693F"/>
    <w:pPr>
      <w:ind w:left="720"/>
      <w:contextualSpacing/>
    </w:pPr>
  </w:style>
  <w:style w:type="paragraph" w:styleId="Corpotesto">
    <w:name w:val="Body Text"/>
    <w:basedOn w:val="Normale"/>
    <w:link w:val="CorpotestoCarattere"/>
    <w:uiPriority w:val="99"/>
    <w:unhideWhenUsed/>
    <w:rsid w:val="00AA1D8D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rsid w:val="00AA1D8D"/>
  </w:style>
  <w:style w:type="paragraph" w:styleId="Corpodeltesto2">
    <w:name w:val="Body Text 2"/>
    <w:basedOn w:val="Normale"/>
    <w:link w:val="Corpodeltesto2Carattere"/>
    <w:uiPriority w:val="99"/>
    <w:unhideWhenUsed/>
    <w:rsid w:val="00AA1D8D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AA1D8D"/>
  </w:style>
  <w:style w:type="paragraph" w:styleId="Corpodeltesto3">
    <w:name w:val="Body Text 3"/>
    <w:basedOn w:val="Normale"/>
    <w:link w:val="Corpodeltesto3Carattere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rsid w:val="00AA1D8D"/>
    <w:rPr>
      <w:sz w:val="16"/>
      <w:szCs w:val="16"/>
    </w:rPr>
  </w:style>
  <w:style w:type="paragraph" w:styleId="Elenco">
    <w:name w:val="List"/>
    <w:basedOn w:val="Normale"/>
    <w:uiPriority w:val="99"/>
    <w:unhideWhenUsed/>
    <w:rsid w:val="00AA1D8D"/>
    <w:pPr>
      <w:ind w:left="360" w:hanging="360"/>
      <w:contextualSpacing/>
    </w:pPr>
  </w:style>
  <w:style w:type="paragraph" w:styleId="Elenco2">
    <w:name w:val="List 2"/>
    <w:basedOn w:val="Normale"/>
    <w:uiPriority w:val="99"/>
    <w:unhideWhenUsed/>
    <w:rsid w:val="00326F90"/>
    <w:pPr>
      <w:ind w:left="720" w:hanging="360"/>
      <w:contextualSpacing/>
    </w:pPr>
  </w:style>
  <w:style w:type="paragraph" w:styleId="Elenco3">
    <w:name w:val="List 3"/>
    <w:basedOn w:val="Normale"/>
    <w:uiPriority w:val="99"/>
    <w:unhideWhenUsed/>
    <w:rsid w:val="00326F90"/>
    <w:pPr>
      <w:ind w:left="1080" w:hanging="360"/>
      <w:contextualSpacing/>
    </w:pPr>
  </w:style>
  <w:style w:type="paragraph" w:styleId="Puntoelenco">
    <w:name w:val="List Bullet"/>
    <w:basedOn w:val="Normale"/>
    <w:uiPriority w:val="99"/>
    <w:unhideWhenUsed/>
    <w:rsid w:val="00326F90"/>
    <w:pPr>
      <w:numPr>
        <w:numId w:val="1"/>
      </w:numPr>
      <w:contextualSpacing/>
    </w:pPr>
  </w:style>
  <w:style w:type="paragraph" w:styleId="Puntoelenco2">
    <w:name w:val="List Bullet 2"/>
    <w:basedOn w:val="Normale"/>
    <w:uiPriority w:val="99"/>
    <w:unhideWhenUsed/>
    <w:rsid w:val="00326F90"/>
    <w:pPr>
      <w:numPr>
        <w:numId w:val="2"/>
      </w:numPr>
      <w:contextualSpacing/>
    </w:pPr>
  </w:style>
  <w:style w:type="paragraph" w:styleId="Puntoelenco3">
    <w:name w:val="List Bullet 3"/>
    <w:basedOn w:val="Normale"/>
    <w:uiPriority w:val="99"/>
    <w:unhideWhenUsed/>
    <w:rsid w:val="00326F90"/>
    <w:pPr>
      <w:numPr>
        <w:numId w:val="3"/>
      </w:numPr>
      <w:contextualSpacing/>
    </w:pPr>
  </w:style>
  <w:style w:type="paragraph" w:styleId="Numeroelenco">
    <w:name w:val="List Number"/>
    <w:basedOn w:val="Normale"/>
    <w:uiPriority w:val="99"/>
    <w:unhideWhenUsed/>
    <w:rsid w:val="00326F90"/>
    <w:pPr>
      <w:numPr>
        <w:numId w:val="5"/>
      </w:numPr>
      <w:contextualSpacing/>
    </w:pPr>
  </w:style>
  <w:style w:type="paragraph" w:styleId="Numeroelenco2">
    <w:name w:val="List Number 2"/>
    <w:basedOn w:val="Normale"/>
    <w:uiPriority w:val="99"/>
    <w:unhideWhenUsed/>
    <w:rsid w:val="0029639D"/>
    <w:pPr>
      <w:numPr>
        <w:numId w:val="6"/>
      </w:numPr>
      <w:contextualSpacing/>
    </w:pPr>
  </w:style>
  <w:style w:type="paragraph" w:styleId="Numeroelenco3">
    <w:name w:val="List Number 3"/>
    <w:basedOn w:val="Normale"/>
    <w:uiPriority w:val="99"/>
    <w:unhideWhenUsed/>
    <w:rsid w:val="0029639D"/>
    <w:pPr>
      <w:numPr>
        <w:numId w:val="7"/>
      </w:numPr>
      <w:contextualSpacing/>
    </w:pPr>
  </w:style>
  <w:style w:type="paragraph" w:styleId="Elencocontinua">
    <w:name w:val="List Continue"/>
    <w:basedOn w:val="Normale"/>
    <w:uiPriority w:val="99"/>
    <w:unhideWhenUsed/>
    <w:rsid w:val="0029639D"/>
    <w:pPr>
      <w:spacing w:after="120"/>
      <w:ind w:left="360"/>
      <w:contextualSpacing/>
    </w:pPr>
  </w:style>
  <w:style w:type="paragraph" w:styleId="Elencocontinua2">
    <w:name w:val="List Continue 2"/>
    <w:basedOn w:val="Normale"/>
    <w:uiPriority w:val="99"/>
    <w:unhideWhenUsed/>
    <w:rsid w:val="0029639D"/>
    <w:pPr>
      <w:spacing w:after="120"/>
      <w:ind w:left="720"/>
      <w:contextualSpacing/>
    </w:pPr>
  </w:style>
  <w:style w:type="paragraph" w:styleId="Elencocontinua3">
    <w:name w:val="List Continue 3"/>
    <w:basedOn w:val="Normale"/>
    <w:uiPriority w:val="99"/>
    <w:unhideWhenUsed/>
    <w:rsid w:val="0029639D"/>
    <w:pPr>
      <w:spacing w:after="120"/>
      <w:ind w:left="1080"/>
      <w:contextualSpacing/>
    </w:pPr>
  </w:style>
  <w:style w:type="paragraph" w:styleId="Testomacro">
    <w:name w:val="macro"/>
    <w:link w:val="TestomacroCarattere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stomacroCarattere">
    <w:name w:val="Testo macro Carattere"/>
    <w:basedOn w:val="Carpredefinitoparagrafo"/>
    <w:link w:val="Testomacro"/>
    <w:uiPriority w:val="99"/>
    <w:rsid w:val="0029639D"/>
    <w:rPr>
      <w:rFonts w:ascii="Courier" w:hAnsi="Courier"/>
      <w:sz w:val="20"/>
      <w:szCs w:val="20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C693F"/>
    <w:rPr>
      <w:i/>
      <w:iCs/>
      <w:color w:val="000000" w:themeColor="text1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C693F"/>
    <w:rPr>
      <w:i/>
      <w:iCs/>
      <w:color w:val="000000" w:themeColor="text1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Enfasigrassetto">
    <w:name w:val="Strong"/>
    <w:basedOn w:val="Carpredefinitoparagrafo"/>
    <w:uiPriority w:val="22"/>
    <w:qFormat/>
    <w:rsid w:val="00FC693F"/>
    <w:rPr>
      <w:b/>
      <w:bCs/>
    </w:rPr>
  </w:style>
  <w:style w:type="character" w:styleId="Enfasicorsivo">
    <w:name w:val="Emphasis"/>
    <w:basedOn w:val="Carpredefinitoparagrafo"/>
    <w:uiPriority w:val="20"/>
    <w:qFormat/>
    <w:rsid w:val="00FC693F"/>
    <w:rPr>
      <w:i/>
      <w:iCs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C693F"/>
    <w:rPr>
      <w:b/>
      <w:bCs/>
      <w:i/>
      <w:iCs/>
      <w:color w:val="4F81BD" w:themeColor="accent1"/>
    </w:rPr>
  </w:style>
  <w:style w:type="character" w:styleId="Enfasidelicata">
    <w:name w:val="Subtle Emphasis"/>
    <w:basedOn w:val="Carpredefinitoparagrafo"/>
    <w:uiPriority w:val="19"/>
    <w:qFormat/>
    <w:rsid w:val="00FC693F"/>
    <w:rPr>
      <w:i/>
      <w:iCs/>
      <w:color w:val="808080" w:themeColor="text1" w:themeTint="7F"/>
    </w:rPr>
  </w:style>
  <w:style w:type="character" w:styleId="Enfasiintensa">
    <w:name w:val="Intense Emphasis"/>
    <w:basedOn w:val="Carpredefinitoparagrafo"/>
    <w:uiPriority w:val="21"/>
    <w:qFormat/>
    <w:rsid w:val="00FC693F"/>
    <w:rPr>
      <w:b/>
      <w:bCs/>
      <w:i/>
      <w:iCs/>
      <w:color w:val="4F81BD" w:themeColor="accent1"/>
    </w:rPr>
  </w:style>
  <w:style w:type="character" w:styleId="Riferimentodelicato">
    <w:name w:val="Subtle Reference"/>
    <w:basedOn w:val="Carpredefinitoparagrafo"/>
    <w:uiPriority w:val="31"/>
    <w:qFormat/>
    <w:rsid w:val="00FC693F"/>
    <w:rPr>
      <w:smallCaps/>
      <w:color w:val="C0504D" w:themeColor="accent2"/>
      <w:u w:val="single"/>
    </w:rPr>
  </w:style>
  <w:style w:type="character" w:styleId="Riferimentointenso">
    <w:name w:val="Intense Reference"/>
    <w:basedOn w:val="Carpredefinitoparagraf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olodellibro">
    <w:name w:val="Book Title"/>
    <w:basedOn w:val="Carpredefinitoparagrafo"/>
    <w:uiPriority w:val="33"/>
    <w:qFormat/>
    <w:rsid w:val="00FC693F"/>
    <w:rPr>
      <w:b/>
      <w:bCs/>
      <w:smallCaps/>
      <w:spacing w:val="5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FC693F"/>
    <w:pPr>
      <w:outlineLvl w:val="9"/>
    </w:pPr>
  </w:style>
  <w:style w:type="table" w:styleId="Grigliatabella">
    <w:name w:val="Table Grid"/>
    <w:basedOn w:val="Tabellanormale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fondochiaro">
    <w:name w:val="Light Shading"/>
    <w:basedOn w:val="Tabellanormale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fondochiaro-Colore1">
    <w:name w:val="Light Shading Accent 1"/>
    <w:basedOn w:val="Tabellanormale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fondochiaro-Colore2">
    <w:name w:val="Light Shading Accent 2"/>
    <w:basedOn w:val="Tabellanormale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fondochiaro-Colore3">
    <w:name w:val="Light Shading Accent 3"/>
    <w:basedOn w:val="Tabellanormale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fondochiaro-Colore4">
    <w:name w:val="Light Shading Accent 4"/>
    <w:basedOn w:val="Tabellanormale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fondochiaro-Colore5">
    <w:name w:val="Light Shading Accent 5"/>
    <w:basedOn w:val="Tabellanormale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fondochiaro-Colore6">
    <w:name w:val="Light Shading Accent 6"/>
    <w:basedOn w:val="Tabellanormale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Elencochiaro">
    <w:name w:val="Light List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Elencochiaro-Colore1">
    <w:name w:val="Light List Accent 1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Elencochiaro-Colore2">
    <w:name w:val="Light List Accent 2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Elencochiaro-Colore3">
    <w:name w:val="Light List Accent 3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Elencochiaro-Colore4">
    <w:name w:val="Light List Accent 4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Elencochiaro-Colore5">
    <w:name w:val="Light List Accent 5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Elencochiaro-Colore6">
    <w:name w:val="Light List Accent 6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gliachiara">
    <w:name w:val="Light Grid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gliachiara-Colore1">
    <w:name w:val="Light Grid Accent 1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gliachiara-Colore2">
    <w:name w:val="Light Grid Accent 2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gliachiara-Colore3">
    <w:name w:val="Light Grid Accent 3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gliachiara-Colore4">
    <w:name w:val="Light Grid Accent 4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gliachiara-Colore5">
    <w:name w:val="Light Grid Accent 5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gliachiara-Colore6">
    <w:name w:val="Light Grid Accent 6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fondomedio1">
    <w:name w:val="Medium Shading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1">
    <w:name w:val="Medium Shading 1 Accent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2">
    <w:name w:val="Medium Shading 1 Accent 2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3">
    <w:name w:val="Medium Shading 1 Accent 3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4">
    <w:name w:val="Medium Shading 1 Accent 4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5">
    <w:name w:val="Medium Shading 1 Accent 5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6">
    <w:name w:val="Medium Shading 1 Accent 6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2">
    <w:name w:val="Medium Shading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1">
    <w:name w:val="Medium Shading 2 Accent 1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2">
    <w:name w:val="Medium Shading 2 Accent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3">
    <w:name w:val="Medium Shading 2 Accent 3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4">
    <w:name w:val="Medium Shading 2 Accent 4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5">
    <w:name w:val="Medium Shading 2 Accent 5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6">
    <w:name w:val="Medium Shading 2 Accent 6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Elencomedio1">
    <w:name w:val="Medium Lis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Elencomedio1-Colore1">
    <w:name w:val="Medium List 1 Accen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Elencomedio1-Colore2">
    <w:name w:val="Medium List 1 Accent 2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Elencomedio1-Colore3">
    <w:name w:val="Medium List 1 Accent 3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Elencomedio1-Colore4">
    <w:name w:val="Medium List 1 Accent 4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Elencomedio1-Colore5">
    <w:name w:val="Medium List 1 Accent 5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Elencomedio1-Colore6">
    <w:name w:val="Medium List 1 Accent 6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Elencomedio2">
    <w:name w:val="Medium Lis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1">
    <w:name w:val="Medium List 2 Accent 1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2">
    <w:name w:val="Medium List 2 Accen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3">
    <w:name w:val="Medium List 2 Accent 3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4">
    <w:name w:val="Medium List 2 Accent 4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5">
    <w:name w:val="Medium List 2 Accent 5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6">
    <w:name w:val="Medium List 2 Accent 6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gliamedia1">
    <w:name w:val="Medium Grid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media1-Colore1">
    <w:name w:val="Medium Grid 1 Accent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media1-Colore2">
    <w:name w:val="Medium Grid 1 Accent 2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media1-Colore3">
    <w:name w:val="Medium Grid 1 Accent 3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media1-Colore4">
    <w:name w:val="Medium Grid 1 Accent 4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media1-Colore5">
    <w:name w:val="Medium Grid 1 Accent 5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media1-Colore6">
    <w:name w:val="Medium Grid 1 Accent 6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gliamedia2">
    <w:name w:val="Medium Grid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1">
    <w:name w:val="Medium Grid 2 Accent 1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2">
    <w:name w:val="Medium Grid 2 Accent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3">
    <w:name w:val="Medium Grid 2 Accent 3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4">
    <w:name w:val="Medium Grid 2 Accent 4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5">
    <w:name w:val="Medium Grid 2 Accent 5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6">
    <w:name w:val="Medium Grid 2 Accent 6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3">
    <w:name w:val="Medium Grid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gliamedia3-Colore1">
    <w:name w:val="Medium Grid 3 Accent 1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gliamedia3-Colore2">
    <w:name w:val="Medium Grid 3 Accent 2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gliamedia3-Colore3">
    <w:name w:val="Medium Grid 3 Accent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gliamedia3-Colore4">
    <w:name w:val="Medium Grid 3 Accent 4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gliamedia3-Colore5">
    <w:name w:val="Medium Grid 3 Accent 5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gliamedia3-Colore6">
    <w:name w:val="Medium Grid 3 Accent 6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Elencoscuro">
    <w:name w:val="Dark List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Elencoscuro-Colore1">
    <w:name w:val="Dark List Accent 1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Elencoscuro-Colore2">
    <w:name w:val="Dark List Accent 2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Elencoscuro-Colore3">
    <w:name w:val="Dark List Accent 3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Elencoscuro-Colore4">
    <w:name w:val="Dark List Accent 4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Elencoscuro-Colore5">
    <w:name w:val="Dark List Accent 5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Elencoscuro-Colore6">
    <w:name w:val="Dark List Accent 6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fondoacolori">
    <w:name w:val="Colorful Shading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1">
    <w:name w:val="Colorful Shading Accent 1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2">
    <w:name w:val="Colorful Shading Accent 2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3">
    <w:name w:val="Colorful Shading Accent 3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fondoacolori-Colore4">
    <w:name w:val="Colorful Shading Accent 4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5">
    <w:name w:val="Colorful Shading Accent 5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6">
    <w:name w:val="Colorful Shading Accent 6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Elencoacolori">
    <w:name w:val="Colorful List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Elencoacolori-Colore1">
    <w:name w:val="Colorful List Accent 1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Elencoacolori-Colore2">
    <w:name w:val="Colorful List Accent 2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Elencoacolori-Colore3">
    <w:name w:val="Colorful List Accent 3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Elencoacolori-Colore4">
    <w:name w:val="Colorful List Accent 4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Elencoacolori-Colore5">
    <w:name w:val="Colorful List Accent 5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Elencoacolori-Colore6">
    <w:name w:val="Colorful List Accent 6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gliaacolori">
    <w:name w:val="Colorful Grid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acolori-Colore1">
    <w:name w:val="Colorful Grid Accent 1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acolori-Colore2">
    <w:name w:val="Colorful Grid Accent 2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acolori-Colore3">
    <w:name w:val="Colorful Grid Accent 3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acolori-Colore4">
    <w:name w:val="Colorful Grid Accent 4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acolori-Colore5">
    <w:name w:val="Colorful Grid Accent 5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acolori-Colore6">
    <w:name w:val="Colorful Grid Accent 6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customXml" Target="../customXml/item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ustomXml" Target="../customXml/item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customXml" Target="../customXml/item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5F606122DE90C04C8589DC967E7B78AA" ma:contentTypeVersion="12" ma:contentTypeDescription="Creare un nuovo documento." ma:contentTypeScope="" ma:versionID="faaea2bbc80312f4dbb7d0dc51ffd8e1">
  <xsd:schema xmlns:xsd="http://www.w3.org/2001/XMLSchema" xmlns:xs="http://www.w3.org/2001/XMLSchema" xmlns:p="http://schemas.microsoft.com/office/2006/metadata/properties" xmlns:ns2="37555a75-d04e-46b5-b667-2293620bde0c" xmlns:ns3="98c56b87-6c87-4fbb-b9ed-349f6f07a347" targetNamespace="http://schemas.microsoft.com/office/2006/metadata/properties" ma:root="true" ma:fieldsID="472b5be8a73ab10430694fbbb01b9ea9" ns2:_="" ns3:_="">
    <xsd:import namespace="37555a75-d04e-46b5-b667-2293620bde0c"/>
    <xsd:import namespace="98c56b87-6c87-4fbb-b9ed-349f6f07a34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Pers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7555a75-d04e-46b5-b667-2293620bde0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Tag immagine" ma:readOnly="false" ma:fieldId="{5cf76f15-5ced-4ddc-b409-7134ff3c332f}" ma:taxonomyMulti="true" ma:sspId="e86345fe-8c02-4407-96ff-493bc218166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Person" ma:index="19" nillable="true" ma:displayName="Person" ma:format="Dropdown" ma:list="UserInfo" ma:SharePointGroup="0" ma:internalName="Person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c56b87-6c87-4fbb-b9ed-349f6f07a347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257384c9-d2a7-4e58-a51b-af27119896f0}" ma:internalName="TaxCatchAll" ma:showField="CatchAllData" ma:web="98c56b87-6c87-4fbb-b9ed-349f6f07a34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8c56b87-6c87-4fbb-b9ed-349f6f07a347" xsi:nil="true"/>
    <lcf76f155ced4ddcb4097134ff3c332f xmlns="37555a75-d04e-46b5-b667-2293620bde0c">
      <Terms xmlns="http://schemas.microsoft.com/office/infopath/2007/PartnerControls"/>
    </lcf76f155ced4ddcb4097134ff3c332f>
    <Person xmlns="37555a75-d04e-46b5-b667-2293620bde0c">
      <UserInfo>
        <DisplayName/>
        <AccountId xsi:nil="true"/>
        <AccountType/>
      </UserInfo>
    </Person>
  </documentManagement>
</p:properties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1BE8DB1-7E48-4232-ABD8-0C278E1E9703}"/>
</file>

<file path=customXml/itemProps3.xml><?xml version="1.0" encoding="utf-8"?>
<ds:datastoreItem xmlns:ds="http://schemas.openxmlformats.org/officeDocument/2006/customXml" ds:itemID="{261A96DF-8E3D-47C0-A96C-C77C912F24BA}"/>
</file>

<file path=customXml/itemProps4.xml><?xml version="1.0" encoding="utf-8"?>
<ds:datastoreItem xmlns:ds="http://schemas.openxmlformats.org/officeDocument/2006/customXml" ds:itemID="{10BDDA97-0004-4CF5-89D6-4C06B827AE1D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453</Words>
  <Characters>2587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3034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Alessandra Baudo</cp:lastModifiedBy>
  <cp:revision>2</cp:revision>
  <dcterms:created xsi:type="dcterms:W3CDTF">2013-12-23T23:15:00Z</dcterms:created>
  <dcterms:modified xsi:type="dcterms:W3CDTF">2026-10-08T09:33:00Z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0x0101005F606122DE90C04C8589DC967E7B78AA</vt:lpwstr>
  </property>
</Properties>
</file>